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המשחקים המופיעים בדף ואת אופן המשחק בכל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נושאי קלפי השיח הקשורים לחג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לחג דרך תיאורי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 על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מקבלים יותר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מילה של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תמונה ומילה שמתאימות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לוחצים על האות הראשונה והאחרונה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לתלמידים שרוצים מסלול פשוט עם מעט תשובות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עונים מהר מקבלים יותר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בתיאור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אחד מארבעת הצבעים בקלפים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בתפזורת מסתתרות 9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משחק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(טיימר וארבעה כפתורים צבעוניים)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(ניחוש מילה של החג אות אחרי 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(הפיכת קלפים למציאת תמונה ומילה מתאימות)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(איתור מילים נסתרות בטבלת אותיות)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(שיחה לפי ארבעה נושאים שונים)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צבעים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אחרונה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 משחק 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קלף ראשון והופכים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קלף שני והופכים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בודקים אם התמונה והמילה מתאימות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מתאים הקלפים נשארים גלויים, ואם לא הופכים אותם חזרה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שמזכירה משחק אחד ומנמקת, למשל תפזורת כי אפשר לראות את המילה כתובה, או קלפי שיח כי מדברים על נושאים שונים.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קצר שמבטא ציפייה, שמחה או תקווה הקשורים לחג, למשל משפט על המשך מסורת או על שאיפה טובה לעתיד.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תיאור תואם למשחק המתאים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החג, הבית שלי, מילים ושפה, תקווה ועתיד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זיכרון מתאים קלפים ותפזורת מאתרת מילים בטבלה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המשחקים בפועל ללוח הכיתה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לחזק את הקישור בין קלפי השיח לבין נושאי חג הסיגד בשיחה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הפריטים המסומנים לגרסה המותאמת לחינוך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המשחקים מופיעים כמה משחקים שעוזרים לתרגל מילים ורעיונות הקשורים לחג הסיגד, כמו חידון, איש תלוי, זיכרון, תפזורת וקלפי שיח.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 על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בחידון המהיר כשעונים מהר?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מקבלים פחות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מקבלים יותר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מפסידים 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קורה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מנחשים במשחק איש תלוי?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של החג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של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מזל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 אהוב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צריך למצוא כשהופכים שני קלפים במשחק זיכרון?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 מספרים זהים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תמונה ומילה שמתאימות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 אותיות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 צבעים זהים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מסמנים מילה בתפזורת?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לוחצים על כל אות בנפרד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לוחצים על האות הראשונה והאחרונה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את המילה בצד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צובעים את כל הטבלה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למי מתאים משחק קליק פשוט (חנ"מ)?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לתלמידים שרוצים מסלול פשוט עם מעט תשובות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לתלמידים שרוצים משחק עם טיימר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לתלמידים שאוהבים לקרוא טקסט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לתלמידים שרוצים לשחק לבד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בחידון המהיר אין חשיבות למי שעונה ראשון.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באיש תלוי מקבלים רמז שעוזר לנחש את המילה.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קלפי השיח עוסקים גם בנושא תקווה ועתיד.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בתפזורת מסתתרות 12 מילים בטבלה.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בין משחק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חידון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הפיכת קלפים למציאת תמונה ומילה מתאימות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איש תלוי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טיימר וארבעה כפתורים צבעוניים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זיכרון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שיחה לפי ארבעה נושאים שונים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תפזורת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ניחוש מילה של החג אות אחרי 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קלפי שיח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איתור מילים נסתרות בטבלת אותיות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במשחק החידון המהיר עונים __________ כדי לקבל יותר נקודות.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במשחק איש תלוי מנחשים מילה של החג __________ אחרי אות.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קלפי השיח מחולקים לארבעה __________ שונים.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בתפזורת לוחצים על האות הראשונה וה__________ של המילה.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שלבי משחק 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התמונה והמילה מתאימות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מתאים הקלפים נשארים גלויים, ואם לא הופכים אותם חזרה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קלף שני והופכים אותו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קלף ראשון והופכים אותו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משחק מהדף יעזור לכם הכי הרבה ללמוד מילים חדשות הקשורות לחג הסיגד? נמקו בשתי סיבות קצרות.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קלפי השיח עוסקים בנושא תקווה ועתיד. כתבו משפט קצר אחד שמתאים לנושא הזה בהקשר לחג.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משחק אחד מהדף ותארו במשפט אחד איך משחקים בו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הנושאים של קלפי השיח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משחק זיכרון למשחק תפזורת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משחקי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