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המשחקים המופיעים בדף ואת אופן המשחק 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נושאי קלפי השיח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 דרך תיאורי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מקבלים יותר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מילה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תמונה ומילה שמתאימות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לוחצים על האות הראשונה והאחרונה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לתלמידים שרוצים מסלול פשוט עם מעט תשובות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עונים מהר מקבלים יותר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מארבעת הצבעים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בתפזורת מסתתרות 9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משחק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(טיימר וארבעה כפתורים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(ניחוש מילה של החג אות אחרי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(הפיכת קלפים למציאת תמונה ומילה מתאימות)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מילים נסתרות בטבלת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(שיחה לפי ארבעה נושאים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משחק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קלף ראשון והופכים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קלף שני והופכים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התמונה והמילה מתאימות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מתאים הקלפים נשארים גלויים, ואם לא הופכים אותם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משחק אחד ומנמקת, למשל תפזורת כי אפשר לראות את המילה כתובה, או קלפי שיח כי מדברים על נושאים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שמבטא ציפייה, שמחה או תקווה הקשורים לחג, למשל משפט על המשך מסורת או על שאיפה טובה לעתיד.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תיאור תואם למשחק המתאים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החג, הבית שלי, מילים ושפה, 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זיכרון מתאים קלפים ותפזורת מאתרת מילים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המשחקים בפועל ללוח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הקישור בין קלפי השיח לבין נושאי חג הסיגד בשיחה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משחקים שעוזרים ללמוד מילים על חג הסיגד. בדף תרגול נבדוק אם הבנו איך משחקים בכל 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שסופר את הזמן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סימן שעוזרים לנחש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תפזורת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טבלת אותיות שבה מסתתרות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קלפים שמשמשים לשיחה על 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איש תלוי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ניחוש מילה אות אחרי 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הופכים קלפים ומחפשים זוג מתאים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כשעונים מהר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פחות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מקבלים יותר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מפסידים 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קורה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לנחש באיש תלוי?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למצוא כשהופכים שני 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מספרים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ומילה שמתאימות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אותיות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צבעים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מוצאים מילה בתפזורת?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על כל אות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על האות הראשונה והאחרונה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את המילה בצד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צובעים את כל הטבלה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מתאים קליק פשוט?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לתלמידים שרוצים מסלול פשוט עם מעט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לתלמידים שרוצים משחק עם טיימר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לתלמידים שאוהבים לקרוא טקסט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לתלמידים שרוצים לשחק לבד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המהיר אין חשיבות למי שעונה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באיש תלוי מקבלים רמז שעוזר לנחש את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השיח עוסקים גם בנושא תקווה ועתיד.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מסתתרות 12 מילים בטבלה.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משחק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ניחוש מילה של החג אות אחרי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הפיכת קלפים למציאת תמונה ומילה מתאימות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מילים נסתרות בטבלת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תפזורת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לפי ארבעה נושאים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טיימר וארבעה כפתורים צבעוניים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החידון המהיר עונים __________ כדי לקבל יותר נקודות.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איש תלוי מנחשים מילה של החג __________ אחרי 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קלפי השיח מחולקים לארבעה __________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בתפזורת לוחצים על האות הראשונה וה__________ של המילה.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שני והופכים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ראשון והופכים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מתאים הקלפים נשארים גלויים, ואם לא הופכים אותם 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התמונה והמילה מתאימות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מהדף יעזור לכם הכי הרבה ללמוד מילים חדשות הקשורות לחג הסיגד? נמקו בשתי סיבות קצרות.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קלפי השיח עוסקים בנושא תקווה ועתיד. כתבו משפט קצר אחד שמתאים לנושא הזה בהקשר לחג.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משחק אחד מהדף ותארו במשפט אחד איך משחקים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הנושאים של קלפי השיח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משחק זיכרון למשחק תפזורת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