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המשחקים המופיעים בדף ואת אופן המשחק 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נושאי קלפי השיח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 דרך תיאורי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מקבלים יותר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מילה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עונים מהר מקבלים יותר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משחק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(טיימר וארבעה כפתורים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(ניחוש מילה של החג אות אחרי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(הפיכת קלפים למציאת תמונה ומילה מתאימות)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(איתור מילים נסתרות בטבלת אותיות)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משחק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קלף ראשון והופכים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קלף שני והופכים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התמונה והמילה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מתאים הקלפים נשארים גלויים, ואם לא הופכים אותם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משחק אחד ומנמקת, למשל תפזורת כי אפשר לראות את המילה כתובה, או קלפי שיח כי מדברים על נושאים שונים.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תיאור תואם למשחק המתאים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החג, הבית שלי, מילים ושפה, 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זיכרון מתאים קלפים ותפזורת מאתרת מילים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המשחקים בפועל ללוח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הקישור בין קלפי השיח לבין נושאי חג הסיגד בשיחה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המשחקים מופיעים כמה משחקים שעוזרים לתרגל מילים ורעיונות הקשורים לחג הסיגד, כמו חידון, איש תלוי, זיכרון, תפזורת וקלפי שיח.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מהר  ·  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 על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בחידון המהיר כשעונים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מקבלים פחות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מקבלים יותר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מפסידים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מנחשים במשחק איש תלוי?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מזל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בחידון המהיר אין חשיבות למי שעונה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באיש תלוי מקבלים רמז שעוזר לנחש את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משחק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ניחוש מילה של החג אות אחרי 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איתור מילים נסתרות בטבלת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טיימר וארבעה כפתורים צבעוניים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תפזורת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הפיכת קלפים למציאת תמונה ומילה מתאימות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החידון המהיר עונים __________ כדי לקבל יותר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במשחק איש תלוי מנחשים מילה של החג __________ אחרי אות.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קלף שני והופכים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מתאים הקלפים נשארים גלויים, ואם לא הופכים אותם 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התמונה והמילה מתאימות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קלף ראשון והופכים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משחק מהדף יעזור לכם הכי הרבה ללמוד מילים חדשות הקשורות לחג הסיגד? נמקו בשתי סיבות קצרות.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שם משחק אחד מהדף ותארו במשפט אחד איך משחקים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הנושאים של קלפי השיח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